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68D4" w14:textId="18F203B9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TALEP EDEN PERSONEL B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LG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LER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2625"/>
        <w:gridCol w:w="2625"/>
        <w:gridCol w:w="2626"/>
        <w:gridCol w:w="2626"/>
      </w:tblGrid>
      <w:tr w:rsidR="00237FCF" w:rsidRPr="00865DC2" w14:paraId="0052C59F" w14:textId="77777777" w:rsidTr="005E1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7A185611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 Soyadı</w:t>
            </w:r>
          </w:p>
        </w:tc>
        <w:tc>
          <w:tcPr>
            <w:tcW w:w="2628" w:type="dxa"/>
          </w:tcPr>
          <w:p w14:paraId="12AACE34" w14:textId="77777777" w:rsidR="00237FCF" w:rsidRPr="00865DC2" w:rsidRDefault="00237FCF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</w:tcPr>
          <w:p w14:paraId="3DB55677" w14:textId="77777777" w:rsidR="00237FCF" w:rsidRPr="00865DC2" w:rsidRDefault="00000000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Bölümü / Birimi</w:t>
            </w:r>
          </w:p>
        </w:tc>
        <w:tc>
          <w:tcPr>
            <w:tcW w:w="2628" w:type="dxa"/>
          </w:tcPr>
          <w:p w14:paraId="70C2E832" w14:textId="77777777" w:rsidR="00237FCF" w:rsidRPr="00865DC2" w:rsidRDefault="00237FCF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7FCF" w:rsidRPr="00865DC2" w14:paraId="7BC3EDDA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02741731" w14:textId="74F848BF" w:rsidR="00237FCF" w:rsidRPr="00865DC2" w:rsidRDefault="00E6012C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Ü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nvanı</w:t>
            </w:r>
          </w:p>
        </w:tc>
        <w:tc>
          <w:tcPr>
            <w:tcW w:w="2628" w:type="dxa"/>
          </w:tcPr>
          <w:p w14:paraId="3AAA6FA5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</w:tcPr>
          <w:p w14:paraId="3789E1AD" w14:textId="77777777" w:rsidR="00237FCF" w:rsidRPr="00865DC2" w:rsidRDefault="00000000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Talep Tarihi</w:t>
            </w:r>
          </w:p>
        </w:tc>
        <w:tc>
          <w:tcPr>
            <w:tcW w:w="2628" w:type="dxa"/>
          </w:tcPr>
          <w:p w14:paraId="3FA36E1C" w14:textId="77777777" w:rsidR="00237FCF" w:rsidRPr="00865DC2" w:rsidRDefault="00000000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..../..../2026</w:t>
            </w:r>
          </w:p>
        </w:tc>
      </w:tr>
    </w:tbl>
    <w:p w14:paraId="2688C18D" w14:textId="21C70E60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İŞLEM VE S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STEM </w:t>
      </w:r>
      <w:r w:rsidR="003F687D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3F687D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LG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3F687D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LER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2628"/>
        <w:gridCol w:w="2624"/>
        <w:gridCol w:w="2626"/>
        <w:gridCol w:w="2624"/>
      </w:tblGrid>
      <w:tr w:rsidR="00237FCF" w:rsidRPr="00865DC2" w14:paraId="094D43C8" w14:textId="77777777" w:rsidTr="002A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Align w:val="center"/>
          </w:tcPr>
          <w:p w14:paraId="677613B7" w14:textId="77777777" w:rsidR="00237FCF" w:rsidRPr="00865DC2" w:rsidRDefault="00000000" w:rsidP="002A79CA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İşlem Türü</w:t>
            </w:r>
          </w:p>
        </w:tc>
        <w:tc>
          <w:tcPr>
            <w:tcW w:w="7884" w:type="dxa"/>
            <w:gridSpan w:val="3"/>
          </w:tcPr>
          <w:p w14:paraId="485C2F27" w14:textId="77777777" w:rsidR="00DF45DD" w:rsidRPr="00865DC2" w:rsidRDefault="00000000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6433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Kritik Güncelleme  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8071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Güvenlik Yaması  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34428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Versiyon Yükseltme </w:t>
            </w:r>
          </w:p>
          <w:p w14:paraId="37DF36FC" w14:textId="1389C65C" w:rsidR="00237FCF" w:rsidRPr="00865DC2" w:rsidRDefault="00000000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106691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Periyodik Bakım </w:t>
            </w:r>
            <w:r w:rsidR="0060753E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r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42754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Acil Müdahale</w:t>
            </w:r>
          </w:p>
        </w:tc>
      </w:tr>
      <w:tr w:rsidR="00995A98" w:rsidRPr="00865DC2" w14:paraId="6310D351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742E0826" w14:textId="2B6E82ED" w:rsidR="00995A98" w:rsidRPr="00865DC2" w:rsidRDefault="00995A98" w:rsidP="00995A98">
            <w:pPr>
              <w:spacing w:after="40" w:line="30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Müdahale Türü</w:t>
            </w:r>
          </w:p>
        </w:tc>
        <w:tc>
          <w:tcPr>
            <w:tcW w:w="7884" w:type="dxa"/>
            <w:gridSpan w:val="3"/>
          </w:tcPr>
          <w:p w14:paraId="24FB985C" w14:textId="11FF091F" w:rsidR="00995A98" w:rsidRPr="00865DC2" w:rsidRDefault="00000000" w:rsidP="00995A98">
            <w:pPr>
              <w:tabs>
                <w:tab w:val="left" w:pos="720"/>
              </w:tabs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45170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A98" w:rsidRPr="00865DC2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995A98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Fiziksel   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51221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A98" w:rsidRPr="00865DC2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995A98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Sanal</w:t>
            </w:r>
          </w:p>
        </w:tc>
      </w:tr>
      <w:tr w:rsidR="00995A98" w:rsidRPr="00865DC2" w14:paraId="3CD39D60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81A0F95" w14:textId="1E4BB5A7" w:rsidR="00995A98" w:rsidRPr="00865DC2" w:rsidRDefault="00995A98" w:rsidP="00995A98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Müdahale Konusu</w:t>
            </w:r>
          </w:p>
        </w:tc>
        <w:tc>
          <w:tcPr>
            <w:tcW w:w="7884" w:type="dxa"/>
            <w:gridSpan w:val="3"/>
          </w:tcPr>
          <w:p w14:paraId="2AD4B294" w14:textId="77777777" w:rsidR="00995A98" w:rsidRPr="00865DC2" w:rsidRDefault="00995A98" w:rsidP="00995A98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95A98" w:rsidRPr="00865DC2" w14:paraId="052E7207" w14:textId="77777777" w:rsidTr="005E12E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1787B8B9" w14:textId="58D9EBE5" w:rsidR="00995A98" w:rsidRPr="00865DC2" w:rsidRDefault="00995A98" w:rsidP="00995A98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Etkilenecek Sistem/Sunucu</w:t>
            </w:r>
          </w:p>
        </w:tc>
        <w:tc>
          <w:tcPr>
            <w:tcW w:w="2628" w:type="dxa"/>
          </w:tcPr>
          <w:p w14:paraId="4CC65312" w14:textId="77777777" w:rsidR="00995A98" w:rsidRPr="00865DC2" w:rsidRDefault="00995A98" w:rsidP="00995A98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</w:tcPr>
          <w:p w14:paraId="6F6DA66A" w14:textId="65B3BABD" w:rsidR="00995A98" w:rsidRPr="00865DC2" w:rsidRDefault="00995A98" w:rsidP="00995A98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Etkilenecek Kullanıcılar/ Birimler</w:t>
            </w:r>
          </w:p>
        </w:tc>
        <w:tc>
          <w:tcPr>
            <w:tcW w:w="2628" w:type="dxa"/>
          </w:tcPr>
          <w:p w14:paraId="5C961848" w14:textId="77777777" w:rsidR="00995A98" w:rsidRPr="00865DC2" w:rsidRDefault="00995A98" w:rsidP="00995A98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D93149" w14:textId="7127694E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PLANLANAN ZAMAN VE KES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NT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DURUMU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2624"/>
        <w:gridCol w:w="2625"/>
        <w:gridCol w:w="2625"/>
        <w:gridCol w:w="2628"/>
      </w:tblGrid>
      <w:tr w:rsidR="00237FCF" w:rsidRPr="00865DC2" w14:paraId="3168E18F" w14:textId="77777777" w:rsidTr="00E70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Align w:val="center"/>
          </w:tcPr>
          <w:p w14:paraId="6444A6F1" w14:textId="77777777" w:rsidR="00237FCF" w:rsidRPr="00865DC2" w:rsidRDefault="00000000" w:rsidP="00E702CC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Planlanan Başlangıç</w:t>
            </w:r>
          </w:p>
        </w:tc>
        <w:tc>
          <w:tcPr>
            <w:tcW w:w="2628" w:type="dxa"/>
            <w:vAlign w:val="center"/>
          </w:tcPr>
          <w:p w14:paraId="38C55B32" w14:textId="77777777" w:rsidR="00237FCF" w:rsidRPr="00865DC2" w:rsidRDefault="00000000" w:rsidP="00E702CC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Tarih: ..../..../2026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Saat: .... : ....</w:t>
            </w:r>
          </w:p>
        </w:tc>
        <w:tc>
          <w:tcPr>
            <w:tcW w:w="2628" w:type="dxa"/>
            <w:vAlign w:val="center"/>
          </w:tcPr>
          <w:p w14:paraId="0648595F" w14:textId="77777777" w:rsidR="00237FCF" w:rsidRPr="00865DC2" w:rsidRDefault="00000000" w:rsidP="00E702CC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Planlanan Bitiş</w:t>
            </w:r>
          </w:p>
        </w:tc>
        <w:tc>
          <w:tcPr>
            <w:tcW w:w="2628" w:type="dxa"/>
            <w:vAlign w:val="center"/>
          </w:tcPr>
          <w:p w14:paraId="20993A93" w14:textId="77777777" w:rsidR="00237FCF" w:rsidRPr="00865DC2" w:rsidRDefault="00000000" w:rsidP="00E702CC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Tarih: ..../..../2026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Saat: .... : ....</w:t>
            </w:r>
          </w:p>
        </w:tc>
      </w:tr>
      <w:tr w:rsidR="00237FCF" w:rsidRPr="00865DC2" w14:paraId="0204FF7D" w14:textId="77777777" w:rsidTr="00E70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Align w:val="center"/>
          </w:tcPr>
          <w:p w14:paraId="1FA201B8" w14:textId="163ED3F5" w:rsidR="00237FCF" w:rsidRPr="00865DC2" w:rsidRDefault="00000000" w:rsidP="00E702CC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Hizmet Kesintisi</w:t>
            </w:r>
            <w:r w:rsidR="00CB7494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Olacak mı?</w:t>
            </w:r>
          </w:p>
        </w:tc>
        <w:tc>
          <w:tcPr>
            <w:tcW w:w="2628" w:type="dxa"/>
            <w:vAlign w:val="center"/>
          </w:tcPr>
          <w:p w14:paraId="2528B05C" w14:textId="2A1284BB" w:rsidR="00237FCF" w:rsidRPr="00865DC2" w:rsidRDefault="00000000" w:rsidP="00E702CC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1623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0A6"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23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07AD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Evet     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45603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Hayır</w:t>
            </w:r>
          </w:p>
        </w:tc>
        <w:tc>
          <w:tcPr>
            <w:tcW w:w="2628" w:type="dxa"/>
            <w:vAlign w:val="center"/>
          </w:tcPr>
          <w:p w14:paraId="25027BF6" w14:textId="5EC4A676" w:rsidR="00237FCF" w:rsidRPr="00865DC2" w:rsidRDefault="00000000" w:rsidP="00E702CC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Öngörülen Kesinti</w:t>
            </w:r>
            <w:r w:rsidR="00CB7494" w:rsidRPr="00865D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Süresi</w:t>
            </w:r>
          </w:p>
        </w:tc>
        <w:tc>
          <w:tcPr>
            <w:tcW w:w="2628" w:type="dxa"/>
            <w:vAlign w:val="center"/>
          </w:tcPr>
          <w:p w14:paraId="6B5A4B3B" w14:textId="77777777" w:rsidR="00237FCF" w:rsidRPr="00865DC2" w:rsidRDefault="00000000" w:rsidP="00E702CC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</w:t>
            </w:r>
          </w:p>
        </w:tc>
      </w:tr>
    </w:tbl>
    <w:p w14:paraId="14CA0500" w14:textId="0CEB9407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İŞLEM GEREKÇES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R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 ANAL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</w:t>
      </w:r>
      <w:r w:rsidR="003F6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 ALINACAK TEDB</w:t>
      </w:r>
      <w:r w:rsidR="006D69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RLER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37FCF" w:rsidRPr="00865DC2" w14:paraId="07BF20EB" w14:textId="77777777" w:rsidTr="005E1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</w:tcPr>
          <w:p w14:paraId="252E9963" w14:textId="77777777" w:rsidR="00237FCF" w:rsidRPr="00865DC2" w:rsidRDefault="00000000" w:rsidP="00E7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İşlem Gerekçesi ve Sağlayacağı Faydalar:</w:t>
            </w:r>
          </w:p>
        </w:tc>
      </w:tr>
      <w:tr w:rsidR="00237FCF" w:rsidRPr="00865DC2" w14:paraId="26BF86FE" w14:textId="77777777" w:rsidTr="00236014">
        <w:trPr>
          <w:trHeight w:val="1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</w:tcPr>
          <w:p w14:paraId="03F3D945" w14:textId="77777777" w:rsidR="00E702CC" w:rsidRDefault="00E702CC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83AC7E0" w14:textId="77777777" w:rsidR="00E702CC" w:rsidRDefault="00000000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</w:t>
            </w:r>
            <w:r w:rsidR="00512FC1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14:paraId="4A5E8274" w14:textId="60FEE2A7" w:rsidR="00237FCF" w:rsidRPr="00865DC2" w:rsidRDefault="00000000" w:rsidP="00E7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</w:t>
            </w:r>
            <w:r w:rsidR="00512FC1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</w:p>
        </w:tc>
      </w:tr>
      <w:tr w:rsidR="00237FCF" w:rsidRPr="00865DC2" w14:paraId="51F76321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</w:tcPr>
          <w:p w14:paraId="1CAA7280" w14:textId="77777777" w:rsidR="00237FCF" w:rsidRPr="00865DC2" w:rsidRDefault="00000000" w:rsidP="00E7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Olası Riskler ve Alınan Önlemler (Veri kaybı, servis çökmesi vb.):</w:t>
            </w:r>
          </w:p>
        </w:tc>
      </w:tr>
      <w:tr w:rsidR="00237FCF" w:rsidRPr="00865DC2" w14:paraId="709A9660" w14:textId="77777777" w:rsidTr="0023601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</w:tcPr>
          <w:p w14:paraId="0D917712" w14:textId="77777777" w:rsidR="00E702CC" w:rsidRDefault="00E702CC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9E58848" w14:textId="77777777" w:rsidR="00E702CC" w:rsidRDefault="00000000" w:rsidP="00E7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</w:t>
            </w:r>
            <w:r w:rsidR="00512FC1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</w:t>
            </w:r>
            <w:r w:rsidR="00512FC1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</w:t>
            </w:r>
          </w:p>
          <w:p w14:paraId="1DDEFF39" w14:textId="77777777" w:rsidR="00E702CC" w:rsidRDefault="00E702CC" w:rsidP="00E7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ABCA7C" w14:textId="77777777" w:rsidR="00E702CC" w:rsidRDefault="00512FC1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6BBD5184" w14:textId="77777777" w:rsidR="00E702CC" w:rsidRDefault="00E702CC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5C830487" w14:textId="58ED347B" w:rsidR="005E12E6" w:rsidRDefault="00000000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</w:t>
            </w:r>
            <w:r w:rsidR="00512FC1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</w:t>
            </w:r>
          </w:p>
          <w:p w14:paraId="3A5B9C7C" w14:textId="77777777" w:rsidR="003F687D" w:rsidRDefault="003F687D" w:rsidP="00E702CC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1AA2BF88" w14:textId="6B8EE6C1" w:rsidR="003F687D" w:rsidRPr="003F687D" w:rsidRDefault="003F687D" w:rsidP="00E7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87D623" w14:textId="74D91BBB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5.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YEDEKLEME VE GER</w:t>
      </w:r>
      <w:r w:rsidR="006D69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DÖNÜŞ (ROLLBACK) PLANI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2410"/>
        <w:gridCol w:w="2846"/>
        <w:gridCol w:w="2369"/>
        <w:gridCol w:w="2877"/>
      </w:tblGrid>
      <w:tr w:rsidR="00237FCF" w:rsidRPr="00865DC2" w14:paraId="32EB6DA5" w14:textId="77777777" w:rsidTr="002A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72EE0E4" w14:textId="77777777" w:rsidR="00237FCF" w:rsidRPr="00865DC2" w:rsidRDefault="00000000" w:rsidP="002A79CA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Yedekleme Durumu</w:t>
            </w:r>
          </w:p>
        </w:tc>
        <w:tc>
          <w:tcPr>
            <w:tcW w:w="2846" w:type="dxa"/>
            <w:vAlign w:val="center"/>
          </w:tcPr>
          <w:p w14:paraId="1D04815B" w14:textId="77777777" w:rsidR="006607AD" w:rsidRPr="00865DC2" w:rsidRDefault="00000000" w:rsidP="002A79CA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12441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Yapılacak</w:t>
            </w:r>
          </w:p>
          <w:p w14:paraId="5C76857C" w14:textId="50E3454B" w:rsidR="00237FCF" w:rsidRPr="00865DC2" w:rsidRDefault="00000000" w:rsidP="002A79CA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56849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7AD" w:rsidRPr="00865DC2">
                  <w:rPr>
                    <w:rFonts w:ascii="Segoe UI Symbol" w:eastAsia="MS Gothic" w:hAnsi="Segoe UI Symbol" w:cs="Segoe UI Symbol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CB7494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Y</w:t>
            </w:r>
            <w:r w:rsidR="006607AD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apılmayacak</w:t>
            </w:r>
            <w:r w:rsidR="00CB7494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(</w:t>
            </w:r>
            <w:r w:rsidR="00CB7494" w:rsidRPr="00865DC2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Gerekçesini Belirtiniz</w:t>
            </w:r>
            <w:r w:rsidR="00CB7494" w:rsidRPr="00865DC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28" w:type="dxa"/>
            <w:vAlign w:val="center"/>
          </w:tcPr>
          <w:p w14:paraId="49EBCD39" w14:textId="77777777" w:rsidR="00237FCF" w:rsidRPr="00865DC2" w:rsidRDefault="00000000" w:rsidP="002A79CA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Yedek Zamanı / Tipi</w:t>
            </w:r>
          </w:p>
        </w:tc>
        <w:tc>
          <w:tcPr>
            <w:tcW w:w="2628" w:type="dxa"/>
            <w:vAlign w:val="center"/>
          </w:tcPr>
          <w:p w14:paraId="762CE21D" w14:textId="60DAD054" w:rsidR="00237FCF" w:rsidRPr="00865DC2" w:rsidRDefault="00000000" w:rsidP="002A79CA">
            <w:pPr>
              <w:spacing w:after="4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Saat: .... : ....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Tip:</w:t>
            </w:r>
            <w:r w:rsidR="00236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  <w:r w:rsidRPr="00236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</w:t>
            </w:r>
          </w:p>
        </w:tc>
      </w:tr>
      <w:tr w:rsidR="00237FCF" w:rsidRPr="00865DC2" w14:paraId="25B8EB93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4"/>
          </w:tcPr>
          <w:p w14:paraId="0CDA1734" w14:textId="0DF73AF9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Geri Dönüş (</w:t>
            </w:r>
            <w:proofErr w:type="spellStart"/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Rollback</w:t>
            </w:r>
            <w:proofErr w:type="spellEnd"/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Adımları (</w:t>
            </w:r>
            <w:r w:rsidRPr="00865DC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Başarısızlık durumunda kararlı sürüme dönüş</w:t>
            </w:r>
            <w:r w:rsidR="009C4E7B" w:rsidRPr="00865DC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adımları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):</w:t>
            </w:r>
          </w:p>
        </w:tc>
      </w:tr>
      <w:tr w:rsidR="00237FCF" w:rsidRPr="00865DC2" w14:paraId="1C6A211D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4"/>
          </w:tcPr>
          <w:p w14:paraId="42323D65" w14:textId="03659843" w:rsidR="005E12E6" w:rsidRPr="00865DC2" w:rsidRDefault="00000000">
            <w:pPr>
              <w:spacing w:before="240" w:after="40" w:line="30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</w:tbl>
    <w:p w14:paraId="2E850BB6" w14:textId="6F2F6653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UYGULAMA VE TEST ADIMLARI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5256"/>
        <w:gridCol w:w="5246"/>
      </w:tblGrid>
      <w:tr w:rsidR="00237FCF" w:rsidRPr="00865DC2" w14:paraId="5E13BB4B" w14:textId="77777777" w:rsidTr="005E1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2"/>
          </w:tcPr>
          <w:p w14:paraId="411F051B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Müdahale / </w:t>
            </w:r>
            <w:r w:rsidRPr="00D55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Planı Adımları (Sırasıyla):</w:t>
            </w:r>
          </w:p>
        </w:tc>
      </w:tr>
      <w:tr w:rsidR="00237FCF" w:rsidRPr="00865DC2" w14:paraId="7A0F286D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2"/>
          </w:tcPr>
          <w:p w14:paraId="360507F6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1. ....................................................................................................................................................................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2. ....................................................................................................................................................................</w:t>
            </w:r>
          </w:p>
        </w:tc>
      </w:tr>
      <w:tr w:rsidR="00237FCF" w:rsidRPr="00865DC2" w14:paraId="2F9D5F40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2"/>
          </w:tcPr>
          <w:p w14:paraId="328EE96A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Müdahale Sonrası Doğrulama ve Test Yöntemi:</w:t>
            </w:r>
          </w:p>
        </w:tc>
      </w:tr>
      <w:tr w:rsidR="00237FCF" w:rsidRPr="00865DC2" w14:paraId="37F81BD1" w14:textId="77777777" w:rsidTr="005E1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2"/>
          </w:tcPr>
          <w:p w14:paraId="435BE8A0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995A98" w:rsidRPr="00865DC2" w14:paraId="1070ED22" w14:textId="77777777" w:rsidTr="00771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6" w:type="dxa"/>
          </w:tcPr>
          <w:p w14:paraId="0B5FD124" w14:textId="56E21DDC" w:rsidR="00995A98" w:rsidRPr="00865DC2" w:rsidRDefault="00995A98">
            <w:pPr>
              <w:spacing w:after="40" w:line="30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Müdahale Sonrası </w:t>
            </w:r>
            <w:r w:rsidR="00DD50BB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Taahhüt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Edilen</w:t>
            </w:r>
          </w:p>
        </w:tc>
        <w:tc>
          <w:tcPr>
            <w:tcW w:w="5256" w:type="dxa"/>
          </w:tcPr>
          <w:p w14:paraId="4CE3D3A8" w14:textId="35D4717B" w:rsidR="00995A98" w:rsidRPr="00865DC2" w:rsidRDefault="00000000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118162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A98" w:rsidRPr="00865DC2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457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5A98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Kurum İçi Test Yapılacaktır</w:t>
            </w:r>
          </w:p>
          <w:p w14:paraId="069B574E" w14:textId="426C6002" w:rsidR="00995A98" w:rsidRPr="00865DC2" w:rsidRDefault="00000000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id w:val="-141107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A98" w:rsidRPr="00865DC2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457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</w:t>
            </w:r>
            <w:r w:rsidR="00995A98"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urum Dışı Test Yapılacaktır</w:t>
            </w:r>
          </w:p>
        </w:tc>
      </w:tr>
    </w:tbl>
    <w:p w14:paraId="444FE4A9" w14:textId="76944045" w:rsidR="00237FCF" w:rsidRPr="00865DC2" w:rsidRDefault="00000000">
      <w:pPr>
        <w:keepNext/>
        <w:spacing w:before="2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UYGULAYICI PERSONEL VE ONAY MEKAN</w:t>
      </w:r>
      <w:r w:rsidR="00923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="00C6581E"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ZMASI</w:t>
      </w:r>
    </w:p>
    <w:tbl>
      <w:tblPr>
        <w:tblStyle w:val="KlavuzTablo1Ak-Vurgu1"/>
        <w:tblW w:w="0" w:type="auto"/>
        <w:tblLook w:val="04A0" w:firstRow="1" w:lastRow="0" w:firstColumn="1" w:lastColumn="0" w:noHBand="0" w:noVBand="1"/>
      </w:tblPr>
      <w:tblGrid>
        <w:gridCol w:w="2626"/>
        <w:gridCol w:w="2625"/>
        <w:gridCol w:w="2626"/>
        <w:gridCol w:w="2625"/>
      </w:tblGrid>
      <w:tr w:rsidR="00237FCF" w:rsidRPr="00865DC2" w14:paraId="1EEFF30F" w14:textId="77777777" w:rsidTr="00104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Align w:val="center"/>
          </w:tcPr>
          <w:p w14:paraId="48040907" w14:textId="3655ECEC" w:rsidR="00237FCF" w:rsidRPr="00865DC2" w:rsidRDefault="00000000" w:rsidP="00104A6C">
            <w:pPr>
              <w:spacing w:after="4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Görevi / </w:t>
            </w:r>
            <w:proofErr w:type="spellStart"/>
            <w:r w:rsidR="00923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</w:t>
            </w: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nvanı</w:t>
            </w:r>
            <w:proofErr w:type="spellEnd"/>
          </w:p>
        </w:tc>
        <w:tc>
          <w:tcPr>
            <w:tcW w:w="2628" w:type="dxa"/>
            <w:vAlign w:val="center"/>
          </w:tcPr>
          <w:p w14:paraId="5DDB1F04" w14:textId="77777777" w:rsidR="00237FCF" w:rsidRPr="00865DC2" w:rsidRDefault="00000000" w:rsidP="00104A6C">
            <w:pPr>
              <w:spacing w:after="40"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 Soyadı</w:t>
            </w:r>
          </w:p>
        </w:tc>
        <w:tc>
          <w:tcPr>
            <w:tcW w:w="2628" w:type="dxa"/>
            <w:vAlign w:val="center"/>
          </w:tcPr>
          <w:p w14:paraId="3A41D59D" w14:textId="77777777" w:rsidR="00237FCF" w:rsidRPr="00865DC2" w:rsidRDefault="00000000" w:rsidP="00104A6C">
            <w:pPr>
              <w:spacing w:after="40"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Tarih</w:t>
            </w:r>
          </w:p>
        </w:tc>
        <w:tc>
          <w:tcPr>
            <w:tcW w:w="2628" w:type="dxa"/>
            <w:vAlign w:val="center"/>
          </w:tcPr>
          <w:p w14:paraId="0AACB6DD" w14:textId="77777777" w:rsidR="00237FCF" w:rsidRPr="00865DC2" w:rsidRDefault="00000000" w:rsidP="00104A6C">
            <w:pPr>
              <w:spacing w:after="40"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İmza</w:t>
            </w:r>
          </w:p>
        </w:tc>
      </w:tr>
      <w:tr w:rsidR="00237FCF" w:rsidRPr="00865DC2" w14:paraId="0EF40A4F" w14:textId="77777777" w:rsidTr="00104A6C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vAlign w:val="center"/>
          </w:tcPr>
          <w:p w14:paraId="764C57D1" w14:textId="77777777" w:rsidR="00237FCF" w:rsidRPr="00865DC2" w:rsidRDefault="00000000" w:rsidP="002D595C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Uygulayıcı Personel</w:t>
            </w:r>
          </w:p>
        </w:tc>
        <w:tc>
          <w:tcPr>
            <w:tcW w:w="2628" w:type="dxa"/>
          </w:tcPr>
          <w:p w14:paraId="69D1F72B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14:paraId="37040B68" w14:textId="77777777" w:rsidR="00237FCF" w:rsidRPr="00865DC2" w:rsidRDefault="00000000" w:rsidP="00104A6C">
            <w:pPr>
              <w:spacing w:after="4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..../..../2026</w:t>
            </w:r>
          </w:p>
        </w:tc>
        <w:tc>
          <w:tcPr>
            <w:tcW w:w="2628" w:type="dxa"/>
          </w:tcPr>
          <w:p w14:paraId="31366601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7FCF" w:rsidRPr="00865DC2" w14:paraId="59EC1495" w14:textId="77777777" w:rsidTr="00104A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DFFA371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Bilgi İşlem Şube Müdürü</w:t>
            </w:r>
          </w:p>
        </w:tc>
        <w:tc>
          <w:tcPr>
            <w:tcW w:w="2628" w:type="dxa"/>
          </w:tcPr>
          <w:p w14:paraId="132E036A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14:paraId="6745B96B" w14:textId="77777777" w:rsidR="00237FCF" w:rsidRPr="00865DC2" w:rsidRDefault="00000000" w:rsidP="00104A6C">
            <w:pPr>
              <w:spacing w:after="4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..../..../2026</w:t>
            </w:r>
          </w:p>
        </w:tc>
        <w:tc>
          <w:tcPr>
            <w:tcW w:w="2628" w:type="dxa"/>
          </w:tcPr>
          <w:p w14:paraId="78E73BBF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7FCF" w:rsidRPr="00865DC2" w14:paraId="5FD431AF" w14:textId="77777777" w:rsidTr="00104A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0DE7E41" w14:textId="77777777" w:rsidR="00237FCF" w:rsidRPr="00865DC2" w:rsidRDefault="00000000">
            <w:pPr>
              <w:spacing w:after="40" w:line="30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Bilgi İşlem Daire Başkanı</w:t>
            </w:r>
          </w:p>
        </w:tc>
        <w:tc>
          <w:tcPr>
            <w:tcW w:w="2628" w:type="dxa"/>
          </w:tcPr>
          <w:p w14:paraId="029E738F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14:paraId="13C3F6AA" w14:textId="77777777" w:rsidR="00237FCF" w:rsidRPr="00865DC2" w:rsidRDefault="00000000" w:rsidP="00104A6C">
            <w:pPr>
              <w:spacing w:after="40"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..../..../2026</w:t>
            </w:r>
          </w:p>
        </w:tc>
        <w:tc>
          <w:tcPr>
            <w:tcW w:w="2628" w:type="dxa"/>
          </w:tcPr>
          <w:p w14:paraId="5FDA96B3" w14:textId="77777777" w:rsidR="00237FCF" w:rsidRPr="00865DC2" w:rsidRDefault="00237FCF">
            <w:pPr>
              <w:spacing w:after="4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BB9BF3B" w14:textId="4AEE402B" w:rsidR="00237FCF" w:rsidRPr="00865DC2" w:rsidRDefault="00000000" w:rsidP="0092370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ÖNEMLİ NOT: </w:t>
      </w:r>
      <w:r w:rsidRPr="00865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Kritik güncelleme, bakım ve müdahale işlemleri, planlanan uygulama tarihinden en az 3 (üç) iş günü önce Bilgi İşlem Daire Başkanlığına bildirilmeli ve </w:t>
      </w:r>
      <w:r w:rsidR="0092370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65DC2">
        <w:rPr>
          <w:rFonts w:ascii="Times New Roman" w:hAnsi="Times New Roman" w:cs="Times New Roman"/>
          <w:color w:val="000000" w:themeColor="text1"/>
          <w:sz w:val="24"/>
          <w:szCs w:val="24"/>
        </w:rPr>
        <w:t>esm</w:t>
      </w:r>
      <w:r w:rsidR="00923703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865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Başkanlık onayı alınmadan işleme başlan</w:t>
      </w:r>
      <w:r w:rsidR="009C4E7B" w:rsidRPr="00865DC2">
        <w:rPr>
          <w:rFonts w:ascii="Times New Roman" w:hAnsi="Times New Roman" w:cs="Times New Roman"/>
          <w:color w:val="000000" w:themeColor="text1"/>
          <w:sz w:val="24"/>
          <w:szCs w:val="24"/>
        </w:rPr>
        <w:t>ıl</w:t>
      </w:r>
      <w:r w:rsidRPr="00865DC2">
        <w:rPr>
          <w:rFonts w:ascii="Times New Roman" w:hAnsi="Times New Roman" w:cs="Times New Roman"/>
          <w:color w:val="000000" w:themeColor="text1"/>
          <w:sz w:val="24"/>
          <w:szCs w:val="24"/>
        </w:rPr>
        <w:t>mamalıdır.</w:t>
      </w:r>
    </w:p>
    <w:sectPr w:rsidR="00237FCF" w:rsidRPr="00865DC2" w:rsidSect="003F687D">
      <w:headerReference w:type="default" r:id="rId8"/>
      <w:footerReference w:type="default" r:id="rId9"/>
      <w:pgSz w:w="12240" w:h="15840"/>
      <w:pgMar w:top="1008" w:right="864" w:bottom="1008" w:left="8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D2F7" w14:textId="77777777" w:rsidR="005116BA" w:rsidRPr="00337667" w:rsidRDefault="005116BA" w:rsidP="00CB7494">
      <w:pPr>
        <w:spacing w:after="0" w:line="240" w:lineRule="auto"/>
      </w:pPr>
      <w:r w:rsidRPr="00337667">
        <w:separator/>
      </w:r>
    </w:p>
  </w:endnote>
  <w:endnote w:type="continuationSeparator" w:id="0">
    <w:p w14:paraId="4A4C474D" w14:textId="77777777" w:rsidR="005116BA" w:rsidRPr="00337667" w:rsidRDefault="005116BA" w:rsidP="00CB7494">
      <w:pPr>
        <w:spacing w:after="0" w:line="240" w:lineRule="auto"/>
      </w:pPr>
      <w:r w:rsidRPr="00337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5E58" w14:textId="386A6A9D" w:rsidR="00337667" w:rsidRDefault="00337667" w:rsidP="003F687D">
    <w:pPr>
      <w:spacing w:after="0" w:line="240" w:lineRule="auto"/>
      <w:jc w:val="both"/>
      <w:rPr>
        <w:rFonts w:ascii="Times New Roman" w:hAnsi="Times New Roman" w:cs="Times New Roman"/>
        <w:szCs w:val="20"/>
      </w:rPr>
    </w:pPr>
    <w:r w:rsidRPr="003F687D">
      <w:rPr>
        <w:rFonts w:ascii="Times New Roman" w:hAnsi="Times New Roman" w:cs="Times New Roman"/>
        <w:szCs w:val="20"/>
      </w:rPr>
      <w:t>6698 sayılı Kişisel Verilerin Korunması Kanunu kapsamında, kişisel verilerimin saklanmasına</w:t>
    </w:r>
    <w:r w:rsidR="003F687D">
      <w:rPr>
        <w:rFonts w:ascii="Times New Roman" w:hAnsi="Times New Roman" w:cs="Times New Roman"/>
        <w:szCs w:val="20"/>
      </w:rPr>
      <w:t>,</w:t>
    </w:r>
    <w:r w:rsidRPr="003F687D">
      <w:rPr>
        <w:rFonts w:ascii="Times New Roman" w:hAnsi="Times New Roman" w:cs="Times New Roman"/>
        <w:szCs w:val="20"/>
      </w:rPr>
      <w:t xml:space="preserve"> kaydedilmesine peşinen izin verdiğimi ve muvafakat ettiğimi kabul, beyan ve taahhüt ederim.</w:t>
    </w:r>
  </w:p>
  <w:p w14:paraId="26CA8845" w14:textId="77777777" w:rsidR="003F687D" w:rsidRPr="003F687D" w:rsidRDefault="003F687D" w:rsidP="003F687D">
    <w:pPr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373D" w14:textId="77777777" w:rsidR="005116BA" w:rsidRPr="00337667" w:rsidRDefault="005116BA" w:rsidP="00CB7494">
      <w:pPr>
        <w:spacing w:after="0" w:line="240" w:lineRule="auto"/>
      </w:pPr>
      <w:r w:rsidRPr="00337667">
        <w:separator/>
      </w:r>
    </w:p>
  </w:footnote>
  <w:footnote w:type="continuationSeparator" w:id="0">
    <w:p w14:paraId="6F3A9EB9" w14:textId="77777777" w:rsidR="005116BA" w:rsidRPr="00337667" w:rsidRDefault="005116BA" w:rsidP="00CB7494">
      <w:pPr>
        <w:spacing w:after="0" w:line="240" w:lineRule="auto"/>
      </w:pPr>
      <w:r w:rsidRPr="003376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4966"/>
      <w:gridCol w:w="1953"/>
      <w:gridCol w:w="2011"/>
    </w:tblGrid>
    <w:tr w:rsidR="00337667" w:rsidRPr="00337667" w14:paraId="2EA851B4" w14:textId="77777777" w:rsidTr="00337667">
      <w:trPr>
        <w:trHeight w:val="280"/>
      </w:trPr>
      <w:tc>
        <w:tcPr>
          <w:tcW w:w="1560" w:type="dxa"/>
          <w:vMerge w:val="restart"/>
          <w:vAlign w:val="center"/>
        </w:tcPr>
        <w:p w14:paraId="0C66810D" w14:textId="375EE916" w:rsidR="00337667" w:rsidRPr="00337667" w:rsidRDefault="00337667" w:rsidP="00337667">
          <w:pPr>
            <w:pStyle w:val="a"/>
          </w:pPr>
          <w:r w:rsidRPr="00337667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6CEF3A9" wp14:editId="2D051763">
                <wp:simplePos x="0" y="0"/>
                <wp:positionH relativeFrom="column">
                  <wp:posOffset>5715</wp:posOffset>
                </wp:positionH>
                <wp:positionV relativeFrom="paragraph">
                  <wp:posOffset>-4445</wp:posOffset>
                </wp:positionV>
                <wp:extent cx="857250" cy="850900"/>
                <wp:effectExtent l="0" t="0" r="0" b="6350"/>
                <wp:wrapNone/>
                <wp:docPr id="319563469" name="Resim 1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6" w:type="dxa"/>
          <w:vMerge w:val="restart"/>
          <w:vAlign w:val="center"/>
        </w:tcPr>
        <w:p w14:paraId="123798F2" w14:textId="23BEDF43" w:rsidR="00337667" w:rsidRPr="000B0DBB" w:rsidRDefault="00337667" w:rsidP="005E573C">
          <w:pPr>
            <w:spacing w:after="0" w:line="240" w:lineRule="auto"/>
            <w:jc w:val="center"/>
            <w:rPr>
              <w:rFonts w:ascii="Times New Roman" w:eastAsia="Calibri" w:hAnsi="Times New Roman"/>
              <w:b/>
              <w:bCs/>
              <w:color w:val="000000"/>
              <w:sz w:val="28"/>
              <w:szCs w:val="28"/>
            </w:rPr>
          </w:pPr>
          <w:r w:rsidRPr="000B0DBB">
            <w:rPr>
              <w:rFonts w:ascii="Times New Roman" w:eastAsia="Calibri" w:hAnsi="Times New Roman"/>
              <w:b/>
              <w:bCs/>
              <w:color w:val="000000"/>
              <w:sz w:val="28"/>
              <w:szCs w:val="28"/>
            </w:rPr>
            <w:t>KRİTİK GÜNCELLEME</w:t>
          </w:r>
        </w:p>
        <w:p w14:paraId="3C33CAF7" w14:textId="311F0B07" w:rsidR="00337667" w:rsidRPr="000B0DBB" w:rsidRDefault="00337667" w:rsidP="005E573C">
          <w:pPr>
            <w:spacing w:after="0" w:line="240" w:lineRule="auto"/>
            <w:jc w:val="center"/>
            <w:rPr>
              <w:rFonts w:ascii="Times New Roman" w:eastAsia="Calibri" w:hAnsi="Times New Roman"/>
              <w:b/>
              <w:bCs/>
              <w:color w:val="000000"/>
              <w:sz w:val="28"/>
              <w:szCs w:val="28"/>
            </w:rPr>
          </w:pPr>
          <w:r w:rsidRPr="000B0DBB">
            <w:rPr>
              <w:rFonts w:ascii="Times New Roman" w:eastAsia="Calibri" w:hAnsi="Times New Roman"/>
              <w:b/>
              <w:bCs/>
              <w:color w:val="000000"/>
              <w:sz w:val="28"/>
              <w:szCs w:val="28"/>
            </w:rPr>
            <w:t>MÜDAHALE TALEP</w:t>
          </w:r>
        </w:p>
        <w:p w14:paraId="43E2D749" w14:textId="6E9744B5" w:rsidR="00337667" w:rsidRPr="00337667" w:rsidRDefault="00337667" w:rsidP="005E573C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color w:val="000000"/>
              <w:sz w:val="36"/>
              <w:szCs w:val="36"/>
            </w:rPr>
          </w:pPr>
          <w:r w:rsidRPr="000B0DBB">
            <w:rPr>
              <w:rFonts w:ascii="Times New Roman" w:eastAsia="Calibri" w:hAnsi="Times New Roman"/>
              <w:b/>
              <w:bCs/>
              <w:color w:val="000000"/>
              <w:sz w:val="28"/>
              <w:szCs w:val="28"/>
            </w:rPr>
            <w:t>ONAY FORMU</w:t>
          </w:r>
        </w:p>
      </w:tc>
      <w:tc>
        <w:tcPr>
          <w:tcW w:w="1953" w:type="dxa"/>
          <w:vAlign w:val="center"/>
        </w:tcPr>
        <w:p w14:paraId="7069F371" w14:textId="0C487C25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 w:rsidRPr="00337667">
            <w:rPr>
              <w:rFonts w:ascii="Times New Roman" w:hAnsi="Times New Roman" w:cs="Times New Roman"/>
              <w:sz w:val="24"/>
              <w:szCs w:val="24"/>
            </w:rPr>
            <w:t>Doküman No</w:t>
          </w:r>
        </w:p>
      </w:tc>
      <w:tc>
        <w:tcPr>
          <w:tcW w:w="2011" w:type="dxa"/>
          <w:vAlign w:val="center"/>
        </w:tcPr>
        <w:p w14:paraId="2BAD33C8" w14:textId="7C334CEE" w:rsidR="00337667" w:rsidRPr="00337667" w:rsidRDefault="00451E90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FR-682</w:t>
          </w:r>
        </w:p>
      </w:tc>
    </w:tr>
    <w:tr w:rsidR="00337667" w:rsidRPr="00337667" w14:paraId="5AB6E54F" w14:textId="77777777" w:rsidTr="00CB7494">
      <w:trPr>
        <w:trHeight w:val="280"/>
      </w:trPr>
      <w:tc>
        <w:tcPr>
          <w:tcW w:w="1560" w:type="dxa"/>
          <w:vMerge/>
          <w:vAlign w:val="center"/>
        </w:tcPr>
        <w:p w14:paraId="0A533C43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4966" w:type="dxa"/>
          <w:vMerge/>
          <w:vAlign w:val="center"/>
        </w:tcPr>
        <w:p w14:paraId="363B8FF6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1953" w:type="dxa"/>
          <w:vAlign w:val="center"/>
        </w:tcPr>
        <w:p w14:paraId="260E9DFF" w14:textId="2A455244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 w:rsidRPr="00337667">
            <w:rPr>
              <w:rFonts w:ascii="Times New Roman" w:hAnsi="Times New Roman" w:cs="Times New Roman"/>
              <w:sz w:val="24"/>
              <w:szCs w:val="24"/>
            </w:rPr>
            <w:t>İlk Yayın Tarihi</w:t>
          </w:r>
        </w:p>
      </w:tc>
      <w:tc>
        <w:tcPr>
          <w:tcW w:w="2011" w:type="dxa"/>
          <w:vAlign w:val="center"/>
        </w:tcPr>
        <w:p w14:paraId="19CFFA02" w14:textId="06277787" w:rsidR="00337667" w:rsidRPr="00337667" w:rsidRDefault="00451E90" w:rsidP="0046696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03.08.2026</w:t>
          </w:r>
        </w:p>
      </w:tc>
    </w:tr>
    <w:tr w:rsidR="00337667" w:rsidRPr="00337667" w14:paraId="4C2F644A" w14:textId="77777777" w:rsidTr="00CB7494">
      <w:trPr>
        <w:trHeight w:val="253"/>
      </w:trPr>
      <w:tc>
        <w:tcPr>
          <w:tcW w:w="1560" w:type="dxa"/>
          <w:vMerge/>
          <w:vAlign w:val="center"/>
        </w:tcPr>
        <w:p w14:paraId="3587E596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4966" w:type="dxa"/>
          <w:vMerge/>
          <w:vAlign w:val="center"/>
        </w:tcPr>
        <w:p w14:paraId="397F75D2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1953" w:type="dxa"/>
          <w:vAlign w:val="center"/>
        </w:tcPr>
        <w:p w14:paraId="69D7DA52" w14:textId="315622C2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 w:rsidRPr="00337667">
            <w:rPr>
              <w:rFonts w:ascii="Times New Roman" w:hAnsi="Times New Roman" w:cs="Times New Roman"/>
              <w:sz w:val="24"/>
              <w:szCs w:val="24"/>
            </w:rPr>
            <w:t>Revizyon Tarihi</w:t>
          </w:r>
        </w:p>
      </w:tc>
      <w:tc>
        <w:tcPr>
          <w:tcW w:w="2011" w:type="dxa"/>
          <w:vAlign w:val="center"/>
        </w:tcPr>
        <w:p w14:paraId="18DF5E3F" w14:textId="77777777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337667" w:rsidRPr="00337667" w14:paraId="222C86BC" w14:textId="77777777" w:rsidTr="00CB7494">
      <w:trPr>
        <w:trHeight w:val="280"/>
      </w:trPr>
      <w:tc>
        <w:tcPr>
          <w:tcW w:w="1560" w:type="dxa"/>
          <w:vMerge/>
          <w:vAlign w:val="center"/>
        </w:tcPr>
        <w:p w14:paraId="512736B6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4966" w:type="dxa"/>
          <w:vMerge/>
          <w:vAlign w:val="center"/>
        </w:tcPr>
        <w:p w14:paraId="686AB710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1953" w:type="dxa"/>
          <w:vAlign w:val="center"/>
        </w:tcPr>
        <w:p w14:paraId="60FDBD92" w14:textId="62DA3152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 w:rsidRPr="00337667">
            <w:rPr>
              <w:rFonts w:ascii="Times New Roman" w:hAnsi="Times New Roman" w:cs="Times New Roman"/>
              <w:sz w:val="24"/>
              <w:szCs w:val="24"/>
            </w:rPr>
            <w:t>Revizyon No</w:t>
          </w:r>
        </w:p>
      </w:tc>
      <w:tc>
        <w:tcPr>
          <w:tcW w:w="2011" w:type="dxa"/>
          <w:vAlign w:val="center"/>
        </w:tcPr>
        <w:p w14:paraId="015E854D" w14:textId="1B81B6A3" w:rsidR="00337667" w:rsidRPr="00337667" w:rsidRDefault="00451E90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00</w:t>
          </w:r>
        </w:p>
      </w:tc>
    </w:tr>
    <w:tr w:rsidR="00337667" w:rsidRPr="00337667" w14:paraId="5780E52A" w14:textId="77777777" w:rsidTr="00CB7494">
      <w:trPr>
        <w:trHeight w:val="283"/>
      </w:trPr>
      <w:tc>
        <w:tcPr>
          <w:tcW w:w="1560" w:type="dxa"/>
          <w:vMerge/>
          <w:vAlign w:val="center"/>
        </w:tcPr>
        <w:p w14:paraId="213990C6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4966" w:type="dxa"/>
          <w:vMerge/>
          <w:vAlign w:val="center"/>
        </w:tcPr>
        <w:p w14:paraId="3873BCEE" w14:textId="77777777" w:rsidR="00337667" w:rsidRPr="00337667" w:rsidRDefault="00337667" w:rsidP="00337667">
          <w:pPr>
            <w:pStyle w:val="a"/>
            <w:jc w:val="center"/>
          </w:pPr>
        </w:p>
      </w:tc>
      <w:tc>
        <w:tcPr>
          <w:tcW w:w="1953" w:type="dxa"/>
          <w:vAlign w:val="center"/>
        </w:tcPr>
        <w:p w14:paraId="4B23D31C" w14:textId="26DBC33D" w:rsidR="00337667" w:rsidRPr="00337667" w:rsidRDefault="00337667" w:rsidP="00337667">
          <w:pPr>
            <w:pStyle w:val="a"/>
            <w:rPr>
              <w:rFonts w:ascii="Times New Roman" w:hAnsi="Times New Roman" w:cs="Times New Roman"/>
              <w:sz w:val="24"/>
              <w:szCs w:val="24"/>
            </w:rPr>
          </w:pPr>
          <w:r w:rsidRPr="00337667">
            <w:rPr>
              <w:rFonts w:ascii="Times New Roman" w:hAnsi="Times New Roman" w:cs="Times New Roman"/>
              <w:sz w:val="24"/>
              <w:szCs w:val="24"/>
            </w:rPr>
            <w:t>Sayfa No</w:t>
          </w:r>
        </w:p>
      </w:tc>
      <w:tc>
        <w:tcPr>
          <w:tcW w:w="2011" w:type="dxa"/>
          <w:vAlign w:val="center"/>
        </w:tcPr>
        <w:p w14:paraId="3866B6D5" w14:textId="608F9009" w:rsidR="00337667" w:rsidRPr="00337667" w:rsidRDefault="00451E90" w:rsidP="0046696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t>1</w:t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t>/</w:t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instrText xml:space="preserve"> NUMPAGES  </w:instrText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t>7</w:t>
          </w:r>
          <w:r w:rsidRPr="0046696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A2CE3EC" w14:textId="77777777" w:rsidR="00CB7494" w:rsidRPr="00337667" w:rsidRDefault="00CB74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7124246">
    <w:abstractNumId w:val="8"/>
  </w:num>
  <w:num w:numId="2" w16cid:durableId="2099402869">
    <w:abstractNumId w:val="6"/>
  </w:num>
  <w:num w:numId="3" w16cid:durableId="1664746368">
    <w:abstractNumId w:val="5"/>
  </w:num>
  <w:num w:numId="4" w16cid:durableId="1997297820">
    <w:abstractNumId w:val="4"/>
  </w:num>
  <w:num w:numId="5" w16cid:durableId="1225607657">
    <w:abstractNumId w:val="7"/>
  </w:num>
  <w:num w:numId="6" w16cid:durableId="182327308">
    <w:abstractNumId w:val="3"/>
  </w:num>
  <w:num w:numId="7" w16cid:durableId="120076297">
    <w:abstractNumId w:val="2"/>
  </w:num>
  <w:num w:numId="8" w16cid:durableId="1459106971">
    <w:abstractNumId w:val="1"/>
  </w:num>
  <w:num w:numId="9" w16cid:durableId="37724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DBB"/>
    <w:rsid w:val="00104A6C"/>
    <w:rsid w:val="0015074B"/>
    <w:rsid w:val="00236014"/>
    <w:rsid w:val="00237FCF"/>
    <w:rsid w:val="00242A57"/>
    <w:rsid w:val="0029639D"/>
    <w:rsid w:val="002A79CA"/>
    <w:rsid w:val="002D595C"/>
    <w:rsid w:val="00326F90"/>
    <w:rsid w:val="00337667"/>
    <w:rsid w:val="003377C2"/>
    <w:rsid w:val="00340450"/>
    <w:rsid w:val="003717F7"/>
    <w:rsid w:val="0039732D"/>
    <w:rsid w:val="003F687D"/>
    <w:rsid w:val="00451E90"/>
    <w:rsid w:val="00457498"/>
    <w:rsid w:val="004628F8"/>
    <w:rsid w:val="0046696C"/>
    <w:rsid w:val="004A7171"/>
    <w:rsid w:val="005116BA"/>
    <w:rsid w:val="00512FC1"/>
    <w:rsid w:val="00514908"/>
    <w:rsid w:val="005E12E6"/>
    <w:rsid w:val="005E573C"/>
    <w:rsid w:val="0060753E"/>
    <w:rsid w:val="006607AD"/>
    <w:rsid w:val="00681DF6"/>
    <w:rsid w:val="00693FD6"/>
    <w:rsid w:val="006C16E3"/>
    <w:rsid w:val="006D69B8"/>
    <w:rsid w:val="00726E9A"/>
    <w:rsid w:val="00726EAA"/>
    <w:rsid w:val="007278AC"/>
    <w:rsid w:val="008230A6"/>
    <w:rsid w:val="008456BE"/>
    <w:rsid w:val="00865DC2"/>
    <w:rsid w:val="00923703"/>
    <w:rsid w:val="00970BA0"/>
    <w:rsid w:val="0097520F"/>
    <w:rsid w:val="00995A98"/>
    <w:rsid w:val="009C4E7B"/>
    <w:rsid w:val="00A40B77"/>
    <w:rsid w:val="00A600D8"/>
    <w:rsid w:val="00AA1D8D"/>
    <w:rsid w:val="00B47730"/>
    <w:rsid w:val="00BB19F1"/>
    <w:rsid w:val="00C053A7"/>
    <w:rsid w:val="00C53C65"/>
    <w:rsid w:val="00C6581E"/>
    <w:rsid w:val="00CB0664"/>
    <w:rsid w:val="00CB7494"/>
    <w:rsid w:val="00CC7735"/>
    <w:rsid w:val="00D559A2"/>
    <w:rsid w:val="00D74F7B"/>
    <w:rsid w:val="00DA1E73"/>
    <w:rsid w:val="00DD50BB"/>
    <w:rsid w:val="00DF45DD"/>
    <w:rsid w:val="00DF7BAF"/>
    <w:rsid w:val="00E155EE"/>
    <w:rsid w:val="00E6012C"/>
    <w:rsid w:val="00E702CC"/>
    <w:rsid w:val="00EA6379"/>
    <w:rsid w:val="00EE4ABF"/>
    <w:rsid w:val="00F04600"/>
    <w:rsid w:val="00F9717E"/>
    <w:rsid w:val="00FC693F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15E5FB"/>
  <w14:defaultImageDpi w14:val="330"/>
  <w15:docId w15:val="{30C32615-BCD7-4283-A518-3647B57A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">
    <w:basedOn w:val="Normal"/>
    <w:next w:val="stBilgi"/>
    <w:link w:val="stbilgiChar0"/>
    <w:uiPriority w:val="99"/>
    <w:unhideWhenUsed/>
    <w:rsid w:val="00CB749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stbilgiChar0">
    <w:name w:val="Üstbilgi Char"/>
    <w:basedOn w:val="VarsaylanParagrafYazTipi"/>
    <w:link w:val="a"/>
    <w:uiPriority w:val="99"/>
    <w:rsid w:val="00CB7494"/>
  </w:style>
  <w:style w:type="table" w:styleId="KlavuzTablo1Ak-Vurgu1">
    <w:name w:val="Grid Table 1 Light Accent 1"/>
    <w:basedOn w:val="NormalTablo"/>
    <w:uiPriority w:val="46"/>
    <w:rsid w:val="005E12E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HATİCE DENİZ</cp:lastModifiedBy>
  <cp:revision>22</cp:revision>
  <dcterms:created xsi:type="dcterms:W3CDTF">2026-07-31T06:03:00Z</dcterms:created>
  <dcterms:modified xsi:type="dcterms:W3CDTF">2026-08-04T06:28:00Z</dcterms:modified>
  <cp:category/>
</cp:coreProperties>
</file>