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109E4" w14:textId="77777777" w:rsidR="000A1F45" w:rsidRDefault="00000000">
      <w:pPr>
        <w:jc w:val="center"/>
      </w:pPr>
      <w:r>
        <w:rPr>
          <w:rFonts w:ascii="Calibri" w:hAnsi="Calibri"/>
          <w:b/>
          <w:color w:val="003366"/>
          <w:sz w:val="30"/>
        </w:rPr>
        <w:t>İŞ KAZASI MESLEK HASTALIĞI E-BİLDİRİM (İŞVEREN BİLDİRİMİ)</w:t>
      </w:r>
    </w:p>
    <w:p w14:paraId="5B853D01" w14:textId="77777777" w:rsidR="000A1F45" w:rsidRDefault="00000000">
      <w:r>
        <w:rPr>
          <w:b/>
          <w:sz w:val="20"/>
        </w:rPr>
        <w:t xml:space="preserve">İşyeri No: </w:t>
      </w:r>
      <w:r>
        <w:t xml:space="preserve">1-8540-01-01-1034740-70-04-26-000    </w:t>
      </w:r>
      <w:r>
        <w:rPr>
          <w:b/>
          <w:sz w:val="20"/>
        </w:rPr>
        <w:t xml:space="preserve">İşyeri Ünvan: </w:t>
      </w:r>
      <w:r>
        <w:t>ERMENEK UYSAL VE HASAN KALAN SAĞLIK HİZMETLERİ MESLEK YÜKSEKOKULU</w:t>
      </w:r>
    </w:p>
    <w:p w14:paraId="21822CA7" w14:textId="77777777" w:rsidR="000A1F45" w:rsidRDefault="00000000">
      <w:pPr>
        <w:spacing w:before="240" w:after="240"/>
      </w:pPr>
      <w:r w:rsidRPr="005A7D87">
        <w:rPr>
          <w:rFonts w:ascii="Calibri" w:hAnsi="Calibri"/>
          <w:b/>
          <w:color w:val="C00000"/>
          <w:sz w:val="40"/>
          <w:szCs w:val="40"/>
        </w:rPr>
        <w:t>Bilgilendirme amaçlıdır. İş kazası bildiriminin, Kanunda belirtilen yasal süresi içinde (iş kazasının olduğu tarihi takip eden 3 iş günü) Sosyal Güvenlik Kurumu'na yapılması gerekmektedir</w:t>
      </w:r>
      <w:r>
        <w:rPr>
          <w:rFonts w:ascii="Calibri" w:hAnsi="Calibri"/>
          <w:b/>
          <w:color w:val="C00000"/>
          <w:sz w:val="26"/>
        </w:rPr>
        <w:t>.</w:t>
      </w:r>
    </w:p>
    <w:p w14:paraId="19F7BB9E" w14:textId="77777777" w:rsidR="000A1F45" w:rsidRDefault="00000000">
      <w:r>
        <w:rPr>
          <w:i/>
          <w:sz w:val="20"/>
        </w:rPr>
        <w:t>Son 6 Gün İçinde Sağlık Hizmet Sunucularından İş Kazası Provizyonu İle Muayene Olan Sigortalılarımız:</w:t>
      </w:r>
    </w:p>
    <w:p w14:paraId="4FE551AC" w14:textId="77777777" w:rsidR="000A1F45" w:rsidRDefault="00000000">
      <w:r>
        <w:rPr>
          <w:i/>
          <w:sz w:val="20"/>
        </w:rPr>
        <w:t>Diğer Sorgulamalar İçin Hastane Bildirim Menüsünü Kullanabilirsiniz.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1872"/>
        <w:gridCol w:w="1872"/>
      </w:tblGrid>
      <w:tr w:rsidR="000A1F45" w14:paraId="536FD8D4" w14:textId="77777777">
        <w:trPr>
          <w:jc w:val="center"/>
        </w:trPr>
        <w:tc>
          <w:tcPr>
            <w:tcW w:w="2160" w:type="dxa"/>
            <w:shd w:val="clear" w:color="auto" w:fill="003366"/>
          </w:tcPr>
          <w:p w14:paraId="2B7B12F2" w14:textId="77777777" w:rsidR="000A1F45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TcKimlikNo</w:t>
            </w:r>
          </w:p>
        </w:tc>
        <w:tc>
          <w:tcPr>
            <w:tcW w:w="2160" w:type="dxa"/>
            <w:shd w:val="clear" w:color="auto" w:fill="003366"/>
          </w:tcPr>
          <w:p w14:paraId="2B929120" w14:textId="77777777" w:rsidR="000A1F45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Adı</w:t>
            </w:r>
          </w:p>
        </w:tc>
        <w:tc>
          <w:tcPr>
            <w:tcW w:w="2160" w:type="dxa"/>
            <w:shd w:val="clear" w:color="auto" w:fill="003366"/>
          </w:tcPr>
          <w:p w14:paraId="30D64FD8" w14:textId="77777777" w:rsidR="000A1F45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Soyadı</w:t>
            </w:r>
          </w:p>
        </w:tc>
        <w:tc>
          <w:tcPr>
            <w:tcW w:w="1872" w:type="dxa"/>
            <w:shd w:val="clear" w:color="auto" w:fill="003366"/>
          </w:tcPr>
          <w:p w14:paraId="28C1D56E" w14:textId="77777777" w:rsidR="000A1F45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Provizyon Tarihi</w:t>
            </w:r>
          </w:p>
        </w:tc>
        <w:tc>
          <w:tcPr>
            <w:tcW w:w="1872" w:type="dxa"/>
            <w:shd w:val="clear" w:color="auto" w:fill="003366"/>
          </w:tcPr>
          <w:p w14:paraId="2F25AD23" w14:textId="77777777" w:rsidR="000A1F45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İş Kazası Tarihi</w:t>
            </w:r>
          </w:p>
        </w:tc>
      </w:tr>
      <w:tr w:rsidR="000A1F45" w14:paraId="440E2C03" w14:textId="77777777">
        <w:trPr>
          <w:jc w:val="center"/>
        </w:trPr>
        <w:tc>
          <w:tcPr>
            <w:tcW w:w="2160" w:type="dxa"/>
            <w:shd w:val="clear" w:color="auto" w:fill="FAFAFA"/>
          </w:tcPr>
          <w:p w14:paraId="04DE10F0" w14:textId="77777777" w:rsidR="000A1F45" w:rsidRDefault="00000000">
            <w:pPr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w="2160" w:type="dxa"/>
            <w:shd w:val="clear" w:color="auto" w:fill="FAFAFA"/>
          </w:tcPr>
          <w:p w14:paraId="563C8B72" w14:textId="77777777" w:rsidR="000A1F45" w:rsidRDefault="00000000">
            <w:pPr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w="2160" w:type="dxa"/>
            <w:shd w:val="clear" w:color="auto" w:fill="FAFAFA"/>
          </w:tcPr>
          <w:p w14:paraId="6BBE8075" w14:textId="77777777" w:rsidR="000A1F45" w:rsidRDefault="00000000">
            <w:pPr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w="1872" w:type="dxa"/>
            <w:shd w:val="clear" w:color="auto" w:fill="FAFAFA"/>
          </w:tcPr>
          <w:p w14:paraId="065305DD" w14:textId="77777777" w:rsidR="000A1F45" w:rsidRDefault="00000000">
            <w:pPr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w="1872" w:type="dxa"/>
            <w:shd w:val="clear" w:color="auto" w:fill="FAFAFA"/>
          </w:tcPr>
          <w:p w14:paraId="3A149E6A" w14:textId="77777777" w:rsidR="000A1F45" w:rsidRDefault="00000000">
            <w:pPr>
              <w:jc w:val="center"/>
            </w:pPr>
            <w:r>
              <w:rPr>
                <w:sz w:val="20"/>
              </w:rPr>
              <w:t>-</w:t>
            </w:r>
          </w:p>
        </w:tc>
      </w:tr>
    </w:tbl>
    <w:p w14:paraId="6EBB5151" w14:textId="77777777" w:rsidR="000A1F45" w:rsidRDefault="000A1F45">
      <w:pPr>
        <w:spacing w:before="400"/>
      </w:pPr>
    </w:p>
    <w:p w14:paraId="232B95A6" w14:textId="77777777" w:rsidR="000A1F45" w:rsidRDefault="00000000">
      <w:r>
        <w:rPr>
          <w:b/>
          <w:color w:val="C00000"/>
        </w:rPr>
        <w:t xml:space="preserve">DUYURU: </w:t>
      </w:r>
      <w:r>
        <w:rPr>
          <w:sz w:val="19"/>
        </w:rPr>
        <w:t>Kazaya Sebep Olan Olay Seçim ile Kaza Anında Kazazedenin Yürütmekte Olduğu Genel Faaliyet (Meslek Kodu da dahil) Seçim Tabloları</w:t>
      </w:r>
    </w:p>
    <w:p w14:paraId="5A18D9A5" w14:textId="77777777" w:rsidR="000A1F45" w:rsidRDefault="00000000">
      <w:r>
        <w:rPr>
          <w:b/>
          <w:color w:val="C00000"/>
        </w:rPr>
        <w:t xml:space="preserve">DİKKAT !! </w:t>
      </w:r>
      <w:r>
        <w:rPr>
          <w:b/>
          <w:sz w:val="19"/>
        </w:rPr>
        <w:t>Her Türlü Mevzuatsal Soru ve sorunlar için İletişim :</w:t>
      </w:r>
    </w:p>
    <w:p w14:paraId="06626EB4" w14:textId="77777777" w:rsidR="000A1F45" w:rsidRDefault="00000000">
      <w:pPr>
        <w:ind w:left="288"/>
      </w:pPr>
      <w:r>
        <w:rPr>
          <w:color w:val="505050"/>
          <w:sz w:val="18"/>
        </w:rPr>
        <w:t>KISA VADELİ SİGORTALAR DAİRE BAŞKANLIĞI</w:t>
      </w:r>
      <w:r>
        <w:rPr>
          <w:color w:val="505050"/>
          <w:sz w:val="18"/>
        </w:rPr>
        <w:br/>
        <w:t>Sekreterlik Tel : 0 (312) 458 72 82 - 0 (312) 458 78 06</w:t>
      </w:r>
      <w:r>
        <w:rPr>
          <w:color w:val="505050"/>
          <w:sz w:val="18"/>
        </w:rPr>
        <w:br/>
      </w:r>
      <w:r>
        <w:rPr>
          <w:color w:val="505050"/>
          <w:sz w:val="18"/>
        </w:rPr>
        <w:br/>
        <w:t>Her Türlü YAZILIMSAL soru ve sorunlar için İletişim :</w:t>
      </w:r>
      <w:r>
        <w:rPr>
          <w:color w:val="505050"/>
          <w:sz w:val="18"/>
        </w:rPr>
        <w:br/>
        <w:t>EMEKLİLİK YAZILIMLARI DAİRE BAŞKANLIĞI :</w:t>
      </w:r>
      <w:r>
        <w:rPr>
          <w:color w:val="505050"/>
          <w:sz w:val="18"/>
        </w:rPr>
        <w:br/>
        <w:t>bgenc7@sgk.gov.tr</w:t>
      </w:r>
      <w:r>
        <w:rPr>
          <w:color w:val="505050"/>
          <w:sz w:val="18"/>
        </w:rPr>
        <w:br/>
        <w:t>syarar@sgk.gov.tr</w:t>
      </w:r>
      <w:r>
        <w:rPr>
          <w:color w:val="505050"/>
          <w:sz w:val="18"/>
        </w:rPr>
        <w:br/>
        <w:t>ozgul@sgk.gov.tr</w:t>
      </w:r>
      <w:r>
        <w:rPr>
          <w:color w:val="505050"/>
          <w:sz w:val="18"/>
        </w:rPr>
        <w:br/>
      </w:r>
      <w:r>
        <w:rPr>
          <w:color w:val="505050"/>
          <w:sz w:val="18"/>
        </w:rPr>
        <w:br/>
        <w:t>Not : Mevzuat sorunları için yazılımcılara gönderilen hiç bir mail cevaplanmayacaktır.</w:t>
      </w:r>
    </w:p>
    <w:sectPr w:rsidR="000A1F45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8895347">
    <w:abstractNumId w:val="8"/>
  </w:num>
  <w:num w:numId="2" w16cid:durableId="621041182">
    <w:abstractNumId w:val="6"/>
  </w:num>
  <w:num w:numId="3" w16cid:durableId="131758151">
    <w:abstractNumId w:val="5"/>
  </w:num>
  <w:num w:numId="4" w16cid:durableId="1075905043">
    <w:abstractNumId w:val="4"/>
  </w:num>
  <w:num w:numId="5" w16cid:durableId="983512577">
    <w:abstractNumId w:val="7"/>
  </w:num>
  <w:num w:numId="6" w16cid:durableId="746655553">
    <w:abstractNumId w:val="3"/>
  </w:num>
  <w:num w:numId="7" w16cid:durableId="842208869">
    <w:abstractNumId w:val="2"/>
  </w:num>
  <w:num w:numId="8" w16cid:durableId="272711648">
    <w:abstractNumId w:val="1"/>
  </w:num>
  <w:num w:numId="9" w16cid:durableId="1193574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1F45"/>
    <w:rsid w:val="0015074B"/>
    <w:rsid w:val="0029639D"/>
    <w:rsid w:val="00326F90"/>
    <w:rsid w:val="005A7D87"/>
    <w:rsid w:val="008F690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76C821"/>
  <w14:defaultImageDpi w14:val="300"/>
  <w15:docId w15:val="{08F87B91-2B3D-4CF3-B8C2-0B8ED5FA1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KMU</cp:lastModifiedBy>
  <cp:revision>2</cp:revision>
  <dcterms:created xsi:type="dcterms:W3CDTF">2026-08-07T10:24:00Z</dcterms:created>
  <dcterms:modified xsi:type="dcterms:W3CDTF">2026-08-07T10:24:00Z</dcterms:modified>
  <cp:category/>
</cp:coreProperties>
</file>